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FF02BC" w14:textId="77777777" w:rsidR="006C4129" w:rsidRDefault="3E0835FE">
      <w:pPr>
        <w:pStyle w:val="Title"/>
      </w:pPr>
      <w:r>
        <w:t>Wolgarston High School</w:t>
      </w:r>
      <w:r>
        <w:rPr>
          <w:noProof/>
        </w:rPr>
        <w:drawing>
          <wp:anchor distT="0" distB="0" distL="114300" distR="114300" simplePos="0" relativeHeight="251657216" behindDoc="0" locked="0" layoutInCell="1" allowOverlap="1" wp14:anchorId="131C449C" wp14:editId="57D1B7C4">
            <wp:simplePos x="0" y="0"/>
            <wp:positionH relativeFrom="column">
              <wp:posOffset>5476875</wp:posOffset>
            </wp:positionH>
            <wp:positionV relativeFrom="paragraph">
              <wp:posOffset>-885825</wp:posOffset>
            </wp:positionV>
            <wp:extent cx="1116145" cy="1123950"/>
            <wp:effectExtent l="0" t="0" r="0" b="0"/>
            <wp:wrapNone/>
            <wp:docPr id="429607178" name="drawing">
              <a:extLst xmlns:a="http://schemas.openxmlformats.org/drawingml/2006/main">
                <a:ext uri="{FF2B5EF4-FFF2-40B4-BE49-F238E27FC236}">
                  <a16:creationId xmlns:a16="http://schemas.microsoft.com/office/drawing/2014/main" id="{A807F4D9-28AD-4607-B6E8-B51D7E3155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607178" name="Picture 429607178"/>
                    <pic:cNvPicPr/>
                  </pic:nvPicPr>
                  <pic:blipFill>
                    <a:blip r:embed="rId6">
                      <a:extLst>
                        <a:ext uri="{28A0092B-C50C-407E-A947-70E740481C1C}">
                          <a14:useLocalDpi xmlns:a14="http://schemas.microsoft.com/office/drawing/2010/main"/>
                        </a:ext>
                      </a:extLst>
                    </a:blip>
                    <a:stretch>
                      <a:fillRect/>
                    </a:stretch>
                  </pic:blipFill>
                  <pic:spPr>
                    <a:xfrm>
                      <a:off x="0" y="0"/>
                      <a:ext cx="1116145" cy="1123950"/>
                    </a:xfrm>
                    <a:prstGeom prst="rect">
                      <a:avLst/>
                    </a:prstGeom>
                  </pic:spPr>
                </pic:pic>
              </a:graphicData>
            </a:graphic>
            <wp14:sizeRelH relativeFrom="page">
              <wp14:pctWidth>0</wp14:pctWidth>
            </wp14:sizeRelH>
            <wp14:sizeRelV relativeFrom="page">
              <wp14:pctHeight>0</wp14:pctHeight>
            </wp14:sizeRelV>
          </wp:anchor>
        </w:drawing>
      </w:r>
    </w:p>
    <w:p w14:paraId="672A6659" w14:textId="19A5DDD9" w:rsidR="006C4129" w:rsidRDefault="707C87EB" w:rsidP="052D2A19">
      <w:pPr>
        <w:spacing w:after="0" w:line="300" w:lineRule="auto"/>
        <w:rPr>
          <w:rFonts w:ascii="Segoe UI" w:eastAsia="Segoe UI" w:hAnsi="Segoe UI" w:cs="Segoe UI"/>
          <w:b/>
          <w:bCs/>
          <w:sz w:val="28"/>
          <w:szCs w:val="28"/>
          <w:u w:val="single"/>
        </w:rPr>
      </w:pPr>
      <w:r w:rsidRPr="052D2A19">
        <w:rPr>
          <w:rFonts w:ascii="Segoe UI" w:eastAsia="Segoe UI" w:hAnsi="Segoe UI" w:cs="Segoe UI"/>
          <w:b/>
          <w:bCs/>
          <w:sz w:val="24"/>
          <w:szCs w:val="24"/>
          <w:u w:val="single"/>
        </w:rPr>
        <w:t xml:space="preserve">Leave of Absence </w:t>
      </w:r>
      <w:r w:rsidR="63C37173" w:rsidRPr="052D2A19">
        <w:rPr>
          <w:rFonts w:ascii="Segoe UI" w:eastAsia="Segoe UI" w:hAnsi="Segoe UI" w:cs="Segoe UI"/>
          <w:b/>
          <w:bCs/>
          <w:sz w:val="24"/>
          <w:szCs w:val="24"/>
          <w:u w:val="single"/>
        </w:rPr>
        <w:t>D</w:t>
      </w:r>
      <w:r w:rsidRPr="052D2A19">
        <w:rPr>
          <w:rFonts w:ascii="Segoe UI" w:eastAsia="Segoe UI" w:hAnsi="Segoe UI" w:cs="Segoe UI"/>
          <w:b/>
          <w:bCs/>
          <w:sz w:val="24"/>
          <w:szCs w:val="24"/>
          <w:u w:val="single"/>
        </w:rPr>
        <w:t>uring Term Time (for exceptional circumstances)</w:t>
      </w:r>
    </w:p>
    <w:p w14:paraId="6624F916" w14:textId="1777DED8" w:rsidR="3E0835FE" w:rsidRDefault="3E0835FE" w:rsidP="3E0835FE">
      <w:pPr>
        <w:spacing w:after="0" w:line="300" w:lineRule="auto"/>
      </w:pPr>
    </w:p>
    <w:p w14:paraId="5AD3FBCC" w14:textId="77777777" w:rsidR="006C4129" w:rsidRDefault="0E65B92E" w:rsidP="0E65B92E">
      <w:pPr>
        <w:rPr>
          <w:b/>
          <w:bCs/>
          <w:sz w:val="24"/>
          <w:szCs w:val="24"/>
        </w:rPr>
      </w:pPr>
      <w:r w:rsidRPr="0E65B92E">
        <w:rPr>
          <w:b/>
          <w:bCs/>
          <w:sz w:val="24"/>
          <w:szCs w:val="24"/>
        </w:rPr>
        <w:t>Dear Parent/Carer,</w:t>
      </w:r>
    </w:p>
    <w:p w14:paraId="7B5F16CF" w14:textId="77777777" w:rsidR="006C4129" w:rsidRDefault="0E65B92E" w:rsidP="0E65B92E">
      <w:pPr>
        <w:rPr>
          <w:sz w:val="24"/>
          <w:szCs w:val="24"/>
        </w:rPr>
      </w:pPr>
      <w:r w:rsidRPr="0E65B92E">
        <w:rPr>
          <w:sz w:val="24"/>
          <w:szCs w:val="24"/>
        </w:rPr>
        <w:t xml:space="preserve">At Wolgarston High School we </w:t>
      </w:r>
      <w:proofErr w:type="spellStart"/>
      <w:r w:rsidRPr="0E65B92E">
        <w:rPr>
          <w:sz w:val="24"/>
          <w:szCs w:val="24"/>
        </w:rPr>
        <w:t>recognise</w:t>
      </w:r>
      <w:proofErr w:type="spellEnd"/>
      <w:r w:rsidRPr="0E65B92E">
        <w:rPr>
          <w:sz w:val="24"/>
          <w:szCs w:val="24"/>
        </w:rPr>
        <w:t xml:space="preserve"> and celebrate students who represent teams, </w:t>
      </w:r>
      <w:proofErr w:type="spellStart"/>
      <w:r w:rsidRPr="0E65B92E">
        <w:rPr>
          <w:sz w:val="24"/>
          <w:szCs w:val="24"/>
        </w:rPr>
        <w:t>organisations</w:t>
      </w:r>
      <w:proofErr w:type="spellEnd"/>
      <w:r w:rsidRPr="0E65B92E">
        <w:rPr>
          <w:sz w:val="24"/>
          <w:szCs w:val="24"/>
        </w:rPr>
        <w:t>, or participate in significant events outside of school. However, attendance at school remains a legal requirement, and requests for absence must be carefully considered in line with Department for Education (DfE) guidance and safeguarding responsibilities.</w:t>
      </w:r>
    </w:p>
    <w:p w14:paraId="52182EA0" w14:textId="77777777" w:rsidR="006C4129" w:rsidRDefault="052D2A19" w:rsidP="0E65B92E">
      <w:pPr>
        <w:pStyle w:val="Heading1"/>
        <w:rPr>
          <w:rFonts w:asciiTheme="minorHAnsi" w:eastAsiaTheme="minorEastAsia" w:hAnsiTheme="minorHAnsi" w:cstheme="minorBidi"/>
          <w:color w:val="000000" w:themeColor="text1"/>
          <w:sz w:val="24"/>
          <w:szCs w:val="24"/>
        </w:rPr>
      </w:pPr>
      <w:r w:rsidRPr="0E65B92E">
        <w:rPr>
          <w:rFonts w:asciiTheme="minorHAnsi" w:eastAsiaTheme="minorEastAsia" w:hAnsiTheme="minorHAnsi" w:cstheme="minorBidi"/>
          <w:color w:val="000000" w:themeColor="text1"/>
          <w:sz w:val="24"/>
          <w:szCs w:val="24"/>
        </w:rPr>
        <w:t>Department for Education Guidance</w:t>
      </w:r>
    </w:p>
    <w:p w14:paraId="619C9592" w14:textId="77777777" w:rsidR="006C4129" w:rsidRDefault="0E65B92E" w:rsidP="0E65B92E">
      <w:pPr>
        <w:rPr>
          <w:sz w:val="24"/>
          <w:szCs w:val="24"/>
        </w:rPr>
      </w:pPr>
      <w:r w:rsidRPr="0E65B92E">
        <w:rPr>
          <w:sz w:val="24"/>
          <w:szCs w:val="24"/>
        </w:rPr>
        <w:t>The Department for Education states that headteachers may only grant leave of absence during term time in exceptional circumstances. Each request must be considered individually, taking into account the specific facts and context. There is no automatic entitlement to absence for participation in sporting or other events.</w:t>
      </w:r>
    </w:p>
    <w:p w14:paraId="7DFED3B6" w14:textId="77777777" w:rsidR="006C4129" w:rsidRDefault="052D2A19" w:rsidP="0E65B92E">
      <w:pPr>
        <w:pStyle w:val="Heading1"/>
        <w:rPr>
          <w:rFonts w:asciiTheme="minorHAnsi" w:eastAsiaTheme="minorEastAsia" w:hAnsiTheme="minorHAnsi" w:cstheme="minorBidi"/>
          <w:color w:val="000000" w:themeColor="text1"/>
          <w:sz w:val="24"/>
          <w:szCs w:val="24"/>
        </w:rPr>
      </w:pPr>
      <w:r w:rsidRPr="0E65B92E">
        <w:rPr>
          <w:rFonts w:asciiTheme="minorHAnsi" w:eastAsiaTheme="minorEastAsia" w:hAnsiTheme="minorHAnsi" w:cstheme="minorBidi"/>
          <w:color w:val="000000" w:themeColor="text1"/>
          <w:sz w:val="24"/>
          <w:szCs w:val="24"/>
        </w:rPr>
        <w:t>Safeguarding Responsibilities (Keeping Children Safe in Education)</w:t>
      </w:r>
    </w:p>
    <w:p w14:paraId="3D79D5CF" w14:textId="77777777" w:rsidR="006C4129" w:rsidRDefault="0E65B92E" w:rsidP="0E65B92E">
      <w:pPr>
        <w:rPr>
          <w:sz w:val="24"/>
          <w:szCs w:val="24"/>
        </w:rPr>
      </w:pPr>
      <w:r w:rsidRPr="0E65B92E">
        <w:rPr>
          <w:sz w:val="24"/>
          <w:szCs w:val="24"/>
        </w:rPr>
        <w:t>In accordance with Keeping Children Safe in Education, the school has a statutory duty to safeguard and promote the welfare of children. We must be assured that students are safe, supervised by appropriate adults, and that clear lines of responsibility and contact are in place throughout the period of absence.</w:t>
      </w:r>
    </w:p>
    <w:p w14:paraId="720D895C" w14:textId="77777777" w:rsidR="006C4129" w:rsidRDefault="052D2A19" w:rsidP="0E65B92E">
      <w:pPr>
        <w:pStyle w:val="Heading1"/>
        <w:rPr>
          <w:rFonts w:asciiTheme="minorHAnsi" w:eastAsiaTheme="minorEastAsia" w:hAnsiTheme="minorHAnsi" w:cstheme="minorBidi"/>
          <w:color w:val="000000" w:themeColor="text1"/>
          <w:sz w:val="24"/>
          <w:szCs w:val="24"/>
        </w:rPr>
      </w:pPr>
      <w:r w:rsidRPr="0E65B92E">
        <w:rPr>
          <w:rFonts w:asciiTheme="minorHAnsi" w:eastAsiaTheme="minorEastAsia" w:hAnsiTheme="minorHAnsi" w:cstheme="minorBidi"/>
          <w:color w:val="000000" w:themeColor="text1"/>
          <w:sz w:val="24"/>
          <w:szCs w:val="24"/>
        </w:rPr>
        <w:t>Attendance Coding</w:t>
      </w:r>
    </w:p>
    <w:p w14:paraId="294F8228" w14:textId="77777777" w:rsidR="006C4129" w:rsidRDefault="0E65B92E" w:rsidP="0E65B92E">
      <w:pPr>
        <w:rPr>
          <w:sz w:val="24"/>
          <w:szCs w:val="24"/>
        </w:rPr>
      </w:pPr>
      <w:r w:rsidRPr="0E65B92E">
        <w:rPr>
          <w:sz w:val="24"/>
          <w:szCs w:val="24"/>
        </w:rPr>
        <w:t xml:space="preserve">Where absence is </w:t>
      </w:r>
      <w:proofErr w:type="spellStart"/>
      <w:r w:rsidRPr="0E65B92E">
        <w:rPr>
          <w:sz w:val="24"/>
          <w:szCs w:val="24"/>
        </w:rPr>
        <w:t>authorised</w:t>
      </w:r>
      <w:proofErr w:type="spellEnd"/>
      <w:r w:rsidRPr="0E65B92E">
        <w:rPr>
          <w:sz w:val="24"/>
          <w:szCs w:val="24"/>
        </w:rPr>
        <w:t xml:space="preserve">, the appropriate </w:t>
      </w:r>
      <w:proofErr w:type="spellStart"/>
      <w:r w:rsidRPr="0E65B92E">
        <w:rPr>
          <w:sz w:val="24"/>
          <w:szCs w:val="24"/>
        </w:rPr>
        <w:t>authorised</w:t>
      </w:r>
      <w:proofErr w:type="spellEnd"/>
      <w:r w:rsidRPr="0E65B92E">
        <w:rPr>
          <w:sz w:val="24"/>
          <w:szCs w:val="24"/>
        </w:rPr>
        <w:t xml:space="preserve"> absence code will be used. Where requests do not meet the criteria, or insufficient evidence is provided, the absence will be recorded as </w:t>
      </w:r>
      <w:proofErr w:type="spellStart"/>
      <w:r w:rsidRPr="0E65B92E">
        <w:rPr>
          <w:sz w:val="24"/>
          <w:szCs w:val="24"/>
        </w:rPr>
        <w:t>unauthorised</w:t>
      </w:r>
      <w:proofErr w:type="spellEnd"/>
      <w:r w:rsidRPr="0E65B92E">
        <w:rPr>
          <w:sz w:val="24"/>
          <w:szCs w:val="24"/>
        </w:rPr>
        <w:t xml:space="preserve">. </w:t>
      </w:r>
      <w:proofErr w:type="spellStart"/>
      <w:r w:rsidRPr="0E65B92E">
        <w:rPr>
          <w:sz w:val="24"/>
          <w:szCs w:val="24"/>
        </w:rPr>
        <w:t>Unauthorised</w:t>
      </w:r>
      <w:proofErr w:type="spellEnd"/>
      <w:r w:rsidRPr="0E65B92E">
        <w:rPr>
          <w:sz w:val="24"/>
          <w:szCs w:val="24"/>
        </w:rPr>
        <w:t xml:space="preserve"> absence may lead to further action in line with Local Authority procedures.</w:t>
      </w:r>
    </w:p>
    <w:p w14:paraId="33CF8109" w14:textId="77777777" w:rsidR="006C4129" w:rsidRDefault="052D2A19" w:rsidP="0E65B92E">
      <w:pPr>
        <w:pStyle w:val="Heading1"/>
        <w:rPr>
          <w:rFonts w:asciiTheme="minorHAnsi" w:eastAsiaTheme="minorEastAsia" w:hAnsiTheme="minorHAnsi" w:cstheme="minorBidi"/>
          <w:color w:val="000000" w:themeColor="text1"/>
          <w:sz w:val="24"/>
          <w:szCs w:val="24"/>
        </w:rPr>
      </w:pPr>
      <w:r w:rsidRPr="0E65B92E">
        <w:rPr>
          <w:rFonts w:asciiTheme="minorHAnsi" w:eastAsiaTheme="minorEastAsia" w:hAnsiTheme="minorHAnsi" w:cstheme="minorBidi"/>
          <w:color w:val="000000" w:themeColor="text1"/>
          <w:sz w:val="24"/>
          <w:szCs w:val="24"/>
        </w:rPr>
        <w:t>School Position</w:t>
      </w:r>
    </w:p>
    <w:p w14:paraId="4C0513C6" w14:textId="77777777" w:rsidR="006C4129" w:rsidRDefault="0E65B92E" w:rsidP="0E65B92E">
      <w:pPr>
        <w:rPr>
          <w:sz w:val="24"/>
          <w:szCs w:val="24"/>
        </w:rPr>
      </w:pPr>
      <w:r w:rsidRPr="0E65B92E">
        <w:rPr>
          <w:sz w:val="24"/>
          <w:szCs w:val="24"/>
        </w:rPr>
        <w:t xml:space="preserve">Wolgarston High School supports students in their wider achievements but must </w:t>
      </w:r>
      <w:proofErr w:type="spellStart"/>
      <w:r w:rsidRPr="0E65B92E">
        <w:rPr>
          <w:sz w:val="24"/>
          <w:szCs w:val="24"/>
        </w:rPr>
        <w:t>prioritise</w:t>
      </w:r>
      <w:proofErr w:type="spellEnd"/>
      <w:r w:rsidRPr="0E65B92E">
        <w:rPr>
          <w:sz w:val="24"/>
          <w:szCs w:val="24"/>
        </w:rPr>
        <w:t xml:space="preserve"> attendance, safeguarding, and academic progress. Absence will only be </w:t>
      </w:r>
      <w:proofErr w:type="spellStart"/>
      <w:r w:rsidRPr="0E65B92E">
        <w:rPr>
          <w:sz w:val="24"/>
          <w:szCs w:val="24"/>
        </w:rPr>
        <w:t>authorised</w:t>
      </w:r>
      <w:proofErr w:type="spellEnd"/>
      <w:r w:rsidRPr="0E65B92E">
        <w:rPr>
          <w:sz w:val="24"/>
          <w:szCs w:val="24"/>
        </w:rPr>
        <w:t xml:space="preserve"> where full information is provided, safeguarding assurances are clear, and the circumstances are deemed exceptional.</w:t>
      </w:r>
    </w:p>
    <w:p w14:paraId="0F2BEDC9" w14:textId="77777777" w:rsidR="006C4129" w:rsidRDefault="052D2A19" w:rsidP="0E65B92E">
      <w:pPr>
        <w:pStyle w:val="Heading1"/>
        <w:rPr>
          <w:rFonts w:asciiTheme="minorHAnsi" w:eastAsiaTheme="minorEastAsia" w:hAnsiTheme="minorHAnsi" w:cstheme="minorBidi"/>
          <w:color w:val="000000" w:themeColor="text1"/>
          <w:sz w:val="24"/>
          <w:szCs w:val="24"/>
        </w:rPr>
      </w:pPr>
      <w:r w:rsidRPr="0E65B92E">
        <w:rPr>
          <w:rFonts w:asciiTheme="minorHAnsi" w:eastAsiaTheme="minorEastAsia" w:hAnsiTheme="minorHAnsi" w:cstheme="minorBidi"/>
          <w:color w:val="000000" w:themeColor="text1"/>
          <w:sz w:val="24"/>
          <w:szCs w:val="24"/>
        </w:rPr>
        <w:lastRenderedPageBreak/>
        <w:t>Notice Period Requirement</w:t>
      </w:r>
    </w:p>
    <w:p w14:paraId="46598721" w14:textId="77777777" w:rsidR="006C4129" w:rsidRDefault="0E65B92E" w:rsidP="0E65B92E">
      <w:pPr>
        <w:rPr>
          <w:sz w:val="24"/>
          <w:szCs w:val="24"/>
        </w:rPr>
      </w:pPr>
      <w:r w:rsidRPr="0E65B92E">
        <w:rPr>
          <w:sz w:val="24"/>
          <w:szCs w:val="24"/>
        </w:rPr>
        <w:t xml:space="preserve">All requests must be submitted at least two weeks in advance. Requests submitted with less notice may not be </w:t>
      </w:r>
      <w:proofErr w:type="spellStart"/>
      <w:r w:rsidRPr="0E65B92E">
        <w:rPr>
          <w:sz w:val="24"/>
          <w:szCs w:val="24"/>
        </w:rPr>
        <w:t>authorised</w:t>
      </w:r>
      <w:proofErr w:type="spellEnd"/>
      <w:r w:rsidRPr="0E65B92E">
        <w:rPr>
          <w:sz w:val="24"/>
          <w:szCs w:val="24"/>
        </w:rPr>
        <w:t xml:space="preserve"> due to the time required to complete safeguarding checks and staffing capacity.</w:t>
      </w:r>
    </w:p>
    <w:p w14:paraId="62720BED" w14:textId="77777777" w:rsidR="006C4129" w:rsidRDefault="052D2A19" w:rsidP="0E65B92E">
      <w:pPr>
        <w:pStyle w:val="Heading1"/>
        <w:rPr>
          <w:rFonts w:asciiTheme="minorHAnsi" w:eastAsiaTheme="minorEastAsia" w:hAnsiTheme="minorHAnsi" w:cstheme="minorBidi"/>
          <w:color w:val="000000" w:themeColor="text1"/>
          <w:sz w:val="24"/>
          <w:szCs w:val="24"/>
        </w:rPr>
      </w:pPr>
      <w:r w:rsidRPr="0E65B92E">
        <w:rPr>
          <w:rFonts w:asciiTheme="minorHAnsi" w:eastAsiaTheme="minorEastAsia" w:hAnsiTheme="minorHAnsi" w:cstheme="minorBidi"/>
          <w:color w:val="000000" w:themeColor="text1"/>
          <w:sz w:val="24"/>
          <w:szCs w:val="24"/>
        </w:rPr>
        <w:t>Application Process</w:t>
      </w:r>
    </w:p>
    <w:p w14:paraId="2AEDFFB6" w14:textId="77777777" w:rsidR="006C4129" w:rsidRDefault="0E65B92E" w:rsidP="0E65B92E">
      <w:pPr>
        <w:rPr>
          <w:sz w:val="24"/>
          <w:szCs w:val="24"/>
        </w:rPr>
      </w:pPr>
      <w:r w:rsidRPr="0E65B92E">
        <w:rPr>
          <w:sz w:val="24"/>
          <w:szCs w:val="24"/>
        </w:rPr>
        <w:t xml:space="preserve">Parents/carers must complete the request form in full and provide supporting evidence in the form of an official letter on headed paper or an email from the </w:t>
      </w:r>
      <w:proofErr w:type="spellStart"/>
      <w:r w:rsidRPr="0E65B92E">
        <w:rPr>
          <w:sz w:val="24"/>
          <w:szCs w:val="24"/>
        </w:rPr>
        <w:t>organising</w:t>
      </w:r>
      <w:proofErr w:type="spellEnd"/>
      <w:r w:rsidRPr="0E65B92E">
        <w:rPr>
          <w:sz w:val="24"/>
          <w:szCs w:val="24"/>
        </w:rPr>
        <w:t xml:space="preserve"> body. Incomplete applications will not be considered.</w:t>
      </w:r>
    </w:p>
    <w:p w14:paraId="76EEE4E5" w14:textId="0407844F" w:rsidR="0E65B92E" w:rsidRDefault="0E65B92E" w:rsidP="0E65B92E">
      <w:pPr>
        <w:rPr>
          <w:sz w:val="24"/>
          <w:szCs w:val="24"/>
        </w:rPr>
      </w:pPr>
    </w:p>
    <w:p w14:paraId="21427162" w14:textId="34989B1C" w:rsidR="379453D1" w:rsidRDefault="379453D1" w:rsidP="0E65B92E">
      <w:pPr>
        <w:spacing w:after="0" w:line="300" w:lineRule="auto"/>
        <w:rPr>
          <w:sz w:val="24"/>
          <w:szCs w:val="24"/>
        </w:rPr>
      </w:pPr>
      <w:r w:rsidRPr="0E65B92E">
        <w:rPr>
          <w:sz w:val="24"/>
          <w:szCs w:val="24"/>
        </w:rPr>
        <w:t>You will be notified of the outcome of your request in writing by the school once it has been fully considered.</w:t>
      </w:r>
    </w:p>
    <w:p w14:paraId="11841002" w14:textId="40E75C6C" w:rsidR="0E65B92E" w:rsidRDefault="0E65B92E" w:rsidP="0E65B92E">
      <w:pPr>
        <w:rPr>
          <w:sz w:val="24"/>
          <w:szCs w:val="24"/>
        </w:rPr>
      </w:pPr>
    </w:p>
    <w:p w14:paraId="21AAB4A7" w14:textId="77777777" w:rsidR="00CA778C" w:rsidRDefault="0E65B92E" w:rsidP="006B74BA">
      <w:pPr>
        <w:spacing w:line="240" w:lineRule="auto"/>
        <w:rPr>
          <w:sz w:val="24"/>
          <w:szCs w:val="24"/>
        </w:rPr>
      </w:pPr>
      <w:r w:rsidRPr="0E65B92E">
        <w:rPr>
          <w:sz w:val="24"/>
          <w:szCs w:val="24"/>
        </w:rPr>
        <w:t>Yours sincerely,</w:t>
      </w:r>
    </w:p>
    <w:p w14:paraId="23DAB4DD" w14:textId="7574ECBB" w:rsidR="00BB36EE" w:rsidRDefault="0084059C" w:rsidP="0005363C">
      <w:pPr>
        <w:spacing w:after="0" w:line="240" w:lineRule="auto"/>
        <w:rPr>
          <w:sz w:val="24"/>
          <w:szCs w:val="24"/>
        </w:rPr>
      </w:pPr>
      <w:r>
        <w:br/>
      </w:r>
      <w:r w:rsidR="0042221B">
        <w:rPr>
          <w:sz w:val="24"/>
          <w:szCs w:val="24"/>
        </w:rPr>
        <w:t xml:space="preserve">Carly </w:t>
      </w:r>
      <w:r w:rsidR="007C6C9F">
        <w:rPr>
          <w:sz w:val="24"/>
          <w:szCs w:val="24"/>
        </w:rPr>
        <w:t>Watson</w:t>
      </w:r>
    </w:p>
    <w:p w14:paraId="1C66ABD7" w14:textId="6DEFF65D" w:rsidR="00717415" w:rsidRDefault="00F62894" w:rsidP="0005363C">
      <w:pPr>
        <w:spacing w:after="0" w:line="240" w:lineRule="auto"/>
        <w:rPr>
          <w:sz w:val="24"/>
          <w:szCs w:val="24"/>
        </w:rPr>
      </w:pPr>
      <w:r>
        <w:rPr>
          <w:sz w:val="24"/>
          <w:szCs w:val="24"/>
        </w:rPr>
        <w:t>Ass</w:t>
      </w:r>
      <w:r w:rsidR="00D660DF">
        <w:rPr>
          <w:sz w:val="24"/>
          <w:szCs w:val="24"/>
        </w:rPr>
        <w:t>istan</w:t>
      </w:r>
      <w:r w:rsidR="00FB087E">
        <w:rPr>
          <w:sz w:val="24"/>
          <w:szCs w:val="24"/>
        </w:rPr>
        <w:t>t Headt</w:t>
      </w:r>
      <w:r w:rsidR="007B2DCE">
        <w:rPr>
          <w:sz w:val="24"/>
          <w:szCs w:val="24"/>
        </w:rPr>
        <w:t>eacher</w:t>
      </w:r>
      <w:r w:rsidR="009C0679">
        <w:rPr>
          <w:sz w:val="24"/>
          <w:szCs w:val="24"/>
        </w:rPr>
        <w:t xml:space="preserve"> </w:t>
      </w:r>
    </w:p>
    <w:p w14:paraId="0A37501D" w14:textId="225E72CB" w:rsidR="006C4129" w:rsidRDefault="0084059C">
      <w:r>
        <w:br w:type="page"/>
      </w:r>
    </w:p>
    <w:p w14:paraId="234BB2A5" w14:textId="637F7ABA" w:rsidR="77DBF3E3" w:rsidRDefault="77DBF3E3" w:rsidP="052D2A19">
      <w:pPr>
        <w:pStyle w:val="Title"/>
      </w:pPr>
      <w:r>
        <w:lastRenderedPageBreak/>
        <w:t>Wolgarston High School</w:t>
      </w:r>
      <w:r w:rsidR="052D2A19">
        <w:rPr>
          <w:noProof/>
        </w:rPr>
        <w:drawing>
          <wp:anchor distT="0" distB="0" distL="114300" distR="114300" simplePos="0" relativeHeight="251658240" behindDoc="1" locked="0" layoutInCell="1" allowOverlap="1" wp14:anchorId="33C0868A" wp14:editId="0C0D2EA8">
            <wp:simplePos x="0" y="0"/>
            <wp:positionH relativeFrom="column">
              <wp:posOffset>5353050</wp:posOffset>
            </wp:positionH>
            <wp:positionV relativeFrom="paragraph">
              <wp:posOffset>-762000</wp:posOffset>
            </wp:positionV>
            <wp:extent cx="1116145" cy="1123950"/>
            <wp:effectExtent l="0" t="0" r="0" b="0"/>
            <wp:wrapNone/>
            <wp:docPr id="1562392425" name="drawing">
              <a:extLst xmlns:a="http://schemas.openxmlformats.org/drawingml/2006/main">
                <a:ext uri="{FF2B5EF4-FFF2-40B4-BE49-F238E27FC236}">
                  <a16:creationId xmlns:a16="http://schemas.microsoft.com/office/drawing/2014/main" id="{BD3B281A-0C6A-4C26-8043-889D1714B99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607178" name="Picture 429607178"/>
                    <pic:cNvPicPr/>
                  </pic:nvPicPr>
                  <pic:blipFill>
                    <a:blip r:embed="rId6">
                      <a:extLst>
                        <a:ext uri="{28A0092B-C50C-407E-A947-70E740481C1C}">
                          <a14:useLocalDpi xmlns:a14="http://schemas.microsoft.com/office/drawing/2010/main"/>
                        </a:ext>
                      </a:extLst>
                    </a:blip>
                    <a:stretch>
                      <a:fillRect/>
                    </a:stretch>
                  </pic:blipFill>
                  <pic:spPr>
                    <a:xfrm>
                      <a:off x="0" y="0"/>
                      <a:ext cx="1116145" cy="1123950"/>
                    </a:xfrm>
                    <a:prstGeom prst="rect">
                      <a:avLst/>
                    </a:prstGeom>
                  </pic:spPr>
                </pic:pic>
              </a:graphicData>
            </a:graphic>
            <wp14:sizeRelH relativeFrom="page">
              <wp14:pctWidth>0</wp14:pctWidth>
            </wp14:sizeRelH>
            <wp14:sizeRelV relativeFrom="page">
              <wp14:pctHeight>0</wp14:pctHeight>
            </wp14:sizeRelV>
          </wp:anchor>
        </w:drawing>
      </w:r>
    </w:p>
    <w:p w14:paraId="17DBCA15" w14:textId="74D45D86" w:rsidR="052D2A19" w:rsidRDefault="77DBF3E3" w:rsidP="0E65B92E">
      <w:pPr>
        <w:spacing w:after="0" w:line="300" w:lineRule="auto"/>
        <w:rPr>
          <w:rFonts w:ascii="Segoe UI" w:eastAsia="Segoe UI" w:hAnsi="Segoe UI" w:cs="Segoe UI"/>
          <w:b/>
          <w:bCs/>
          <w:sz w:val="28"/>
          <w:szCs w:val="28"/>
          <w:u w:val="single"/>
        </w:rPr>
      </w:pPr>
      <w:r w:rsidRPr="0E65B92E">
        <w:rPr>
          <w:rFonts w:ascii="Segoe UI" w:eastAsia="Segoe UI" w:hAnsi="Segoe UI" w:cs="Segoe UI"/>
          <w:b/>
          <w:bCs/>
          <w:sz w:val="24"/>
          <w:szCs w:val="24"/>
          <w:u w:val="single"/>
        </w:rPr>
        <w:t>Leave of Absence During Term Time (for exceptional circumstances</w:t>
      </w:r>
      <w:r w:rsidR="00E0213A">
        <w:rPr>
          <w:rFonts w:ascii="Segoe UI" w:eastAsia="Segoe UI" w:hAnsi="Segoe UI" w:cs="Segoe UI"/>
          <w:b/>
          <w:bCs/>
          <w:sz w:val="24"/>
          <w:szCs w:val="24"/>
          <w:u w:val="single"/>
        </w:rPr>
        <w:t xml:space="preserve"> o</w:t>
      </w:r>
      <w:r w:rsidR="00771CCB">
        <w:rPr>
          <w:rFonts w:ascii="Segoe UI" w:eastAsia="Segoe UI" w:hAnsi="Segoe UI" w:cs="Segoe UI"/>
          <w:b/>
          <w:bCs/>
          <w:sz w:val="24"/>
          <w:szCs w:val="24"/>
          <w:u w:val="single"/>
        </w:rPr>
        <w:t>nly</w:t>
      </w:r>
      <w:r w:rsidRPr="0E65B92E">
        <w:rPr>
          <w:rFonts w:ascii="Segoe UI" w:eastAsia="Segoe UI" w:hAnsi="Segoe UI" w:cs="Segoe UI"/>
          <w:b/>
          <w:bCs/>
          <w:sz w:val="24"/>
          <w:szCs w:val="24"/>
          <w:u w:val="single"/>
        </w:rPr>
        <w:t>)</w:t>
      </w:r>
    </w:p>
    <w:p w14:paraId="114827F5" w14:textId="26D996D2" w:rsidR="052D2A19" w:rsidRDefault="052D2A19" w:rsidP="0E65B92E">
      <w:pPr>
        <w:rPr>
          <w:b/>
          <w:bCs/>
          <w:sz w:val="40"/>
          <w:szCs w:val="40"/>
          <w:u w:val="single"/>
        </w:rPr>
      </w:pPr>
      <w:r w:rsidRPr="0E65B92E">
        <w:rPr>
          <w:b/>
          <w:bCs/>
          <w:sz w:val="36"/>
          <w:szCs w:val="36"/>
          <w:u w:val="single"/>
        </w:rPr>
        <w:t>Parent Request Form</w:t>
      </w:r>
    </w:p>
    <w:p w14:paraId="34EED539" w14:textId="13DBDE7A" w:rsidR="006C4129" w:rsidRDefault="0E65B92E" w:rsidP="0E65B92E">
      <w:r>
        <w:t>Student Name: __________________</w:t>
      </w:r>
      <w:r w:rsidR="075F78D4">
        <w:t>_______________________________________</w:t>
      </w:r>
      <w:r>
        <w:t>_______</w:t>
      </w:r>
      <w:r w:rsidR="5620B79C">
        <w:t>____________________</w:t>
      </w:r>
      <w:r>
        <w:t>_</w:t>
      </w:r>
    </w:p>
    <w:p w14:paraId="008BD040" w14:textId="4F8BED88" w:rsidR="006C4129" w:rsidRDefault="0E65B92E" w:rsidP="0E65B92E">
      <w:r>
        <w:t>Year Group: _____________</w:t>
      </w:r>
      <w:r w:rsidR="4D5F9750">
        <w:t>__________________________________________</w:t>
      </w:r>
      <w:r w:rsidR="3D1A20DB">
        <w:t>____________________</w:t>
      </w:r>
      <w:r w:rsidR="4D5F9750">
        <w:t>__________</w:t>
      </w:r>
      <w:r>
        <w:t>___</w:t>
      </w:r>
    </w:p>
    <w:p w14:paraId="341D05A3" w14:textId="00F7F1CD" w:rsidR="432C25D7" w:rsidRDefault="432C25D7" w:rsidP="0E65B92E">
      <w:r>
        <w:t>House Group: ___________________________________________________________</w:t>
      </w:r>
      <w:r w:rsidR="7B555147">
        <w:t>____________________</w:t>
      </w:r>
      <w:r>
        <w:t>_______</w:t>
      </w:r>
    </w:p>
    <w:p w14:paraId="6A954CC6" w14:textId="08C92B36" w:rsidR="006C4129" w:rsidRDefault="0E65B92E" w:rsidP="0E65B92E">
      <w:r>
        <w:t>Tutor Group: _________</w:t>
      </w:r>
      <w:r w:rsidR="4CC1610B">
        <w:t>_________________________________________</w:t>
      </w:r>
      <w:r>
        <w:t>_________</w:t>
      </w:r>
      <w:r w:rsidR="7B555147">
        <w:t>____________________</w:t>
      </w:r>
      <w:r>
        <w:t>________</w:t>
      </w:r>
    </w:p>
    <w:p w14:paraId="2BBFD52E" w14:textId="2A1521B6" w:rsidR="006C4129" w:rsidRDefault="0E65B92E" w:rsidP="0E65B92E">
      <w:r>
        <w:t>Event Name: _________________________</w:t>
      </w:r>
      <w:r w:rsidR="763839ED">
        <w:t>__________________________________</w:t>
      </w:r>
      <w:r w:rsidR="5A42B25B">
        <w:t>____________________</w:t>
      </w:r>
      <w:r w:rsidR="763839ED">
        <w:t>________</w:t>
      </w:r>
      <w:r>
        <w:t>_</w:t>
      </w:r>
    </w:p>
    <w:p w14:paraId="5FE2CA2E" w14:textId="12FC1AF2" w:rsidR="006C4129" w:rsidRDefault="0E65B92E" w:rsidP="0E65B92E">
      <w:r>
        <w:t>Type of Activity: __________________</w:t>
      </w:r>
      <w:r w:rsidR="0F633F96">
        <w:t>_____________________________________</w:t>
      </w:r>
      <w:r w:rsidR="5A42B25B">
        <w:t>____________________</w:t>
      </w:r>
      <w:r w:rsidR="0F633F96">
        <w:t>_</w:t>
      </w:r>
      <w:r>
        <w:t>________</w:t>
      </w:r>
    </w:p>
    <w:p w14:paraId="4C317D6D" w14:textId="709FE82F" w:rsidR="4B1564A9" w:rsidRDefault="4B1564A9" w:rsidP="0E65B92E">
      <w:r>
        <w:t>Event Date: ______________________________________________________________</w:t>
      </w:r>
      <w:r w:rsidR="37A9BC96">
        <w:t>____________________</w:t>
      </w:r>
      <w:r>
        <w:t>________</w:t>
      </w:r>
    </w:p>
    <w:p w14:paraId="1D5736FF" w14:textId="76B9FF8D" w:rsidR="006C4129" w:rsidRDefault="0E65B92E" w:rsidP="0E65B92E">
      <w:r>
        <w:t>Date(s) of Absence: ________</w:t>
      </w:r>
      <w:r w:rsidR="10F13211">
        <w:t>___________________________________</w:t>
      </w:r>
      <w:r>
        <w:t>___________</w:t>
      </w:r>
      <w:r w:rsidR="37A9BC96">
        <w:t>____________________</w:t>
      </w:r>
      <w:r>
        <w:t>_______</w:t>
      </w:r>
    </w:p>
    <w:p w14:paraId="2007C364" w14:textId="6242E7E9" w:rsidR="006C4129" w:rsidRDefault="0E65B92E" w:rsidP="0E65B92E">
      <w:r>
        <w:t>Location (full address): __________________________</w:t>
      </w:r>
      <w:r w:rsidR="639C0BA2">
        <w:t>________________________</w:t>
      </w:r>
      <w:r w:rsidR="3901A565">
        <w:t>____________________</w:t>
      </w:r>
      <w:r w:rsidR="639C0BA2">
        <w:t>_______</w:t>
      </w:r>
    </w:p>
    <w:p w14:paraId="0D06FED6" w14:textId="72B252DF" w:rsidR="639C0BA2" w:rsidRDefault="639C0BA2" w:rsidP="0E65B92E">
      <w:r>
        <w:t>_______________________________________________________________________________</w:t>
      </w:r>
      <w:r w:rsidR="3901A565">
        <w:t>____________________</w:t>
      </w:r>
      <w:r>
        <w:t>______</w:t>
      </w:r>
    </w:p>
    <w:p w14:paraId="22C536D1" w14:textId="2BFA3863" w:rsidR="006C4129" w:rsidRDefault="0E65B92E" w:rsidP="0E65B92E">
      <w:proofErr w:type="spellStart"/>
      <w:r>
        <w:t>Organisation</w:t>
      </w:r>
      <w:proofErr w:type="spellEnd"/>
      <w:r>
        <w:t>/Team: __________________________</w:t>
      </w:r>
      <w:r w:rsidR="6ECE2309">
        <w:t>_____________________</w:t>
      </w:r>
      <w:r w:rsidR="7A0DE905">
        <w:t>____________________</w:t>
      </w:r>
      <w:r w:rsidR="6ECE2309">
        <w:t>_____________</w:t>
      </w:r>
    </w:p>
    <w:p w14:paraId="69EC988F" w14:textId="0F9F8502" w:rsidR="006C4129" w:rsidRDefault="6ECE2309" w:rsidP="0E65B92E">
      <w:proofErr w:type="spellStart"/>
      <w:r>
        <w:t>Organisations</w:t>
      </w:r>
      <w:proofErr w:type="spellEnd"/>
      <w:r>
        <w:t xml:space="preserve"> </w:t>
      </w:r>
      <w:r w:rsidR="0E65B92E">
        <w:t>Safeguarding Lead Name: __________________________</w:t>
      </w:r>
      <w:r w:rsidR="1E1490E9">
        <w:t>___</w:t>
      </w:r>
      <w:r w:rsidR="5ED3D07E">
        <w:t>____________________</w:t>
      </w:r>
      <w:r w:rsidR="1E1490E9">
        <w:t>__________</w:t>
      </w:r>
    </w:p>
    <w:p w14:paraId="3F4D9F20" w14:textId="30AB1ABD" w:rsidR="006C4129" w:rsidRDefault="0E65B92E" w:rsidP="0E65B92E">
      <w:r>
        <w:t>Role</w:t>
      </w:r>
      <w:r w:rsidR="4584B741">
        <w:t xml:space="preserve"> of Safeguarding Lead</w:t>
      </w:r>
      <w:r>
        <w:t>: ______________________</w:t>
      </w:r>
      <w:r w:rsidR="3D098485">
        <w:t>________________________________________________</w:t>
      </w:r>
      <w:r>
        <w:t>____</w:t>
      </w:r>
    </w:p>
    <w:p w14:paraId="7A93ACFD" w14:textId="54918DC7" w:rsidR="006C4129" w:rsidRDefault="0E65B92E" w:rsidP="0E65B92E">
      <w:r>
        <w:t>Contact Number</w:t>
      </w:r>
      <w:r w:rsidR="00144517">
        <w:t xml:space="preserve"> fo</w:t>
      </w:r>
      <w:r w:rsidR="00F66862">
        <w:t>r safe</w:t>
      </w:r>
      <w:r w:rsidR="00F57674">
        <w:t>guarding le</w:t>
      </w:r>
      <w:r w:rsidR="004870AD">
        <w:t>ad</w:t>
      </w:r>
      <w:r>
        <w:t>: _______________</w:t>
      </w:r>
      <w:r w:rsidR="559E6DDF">
        <w:t>_____________________________________________</w:t>
      </w:r>
    </w:p>
    <w:p w14:paraId="2A35D91C" w14:textId="1A6622EB" w:rsidR="006C4129" w:rsidRDefault="0E65B92E" w:rsidP="0E65B92E">
      <w:r>
        <w:t>Email Address</w:t>
      </w:r>
      <w:r w:rsidR="00F85FDE">
        <w:t xml:space="preserve"> </w:t>
      </w:r>
      <w:r w:rsidR="00763C04">
        <w:t>for safeguarding lead</w:t>
      </w:r>
      <w:r>
        <w:t>: _________________</w:t>
      </w:r>
      <w:r w:rsidR="10E4F21E">
        <w:t>_____________________________________________</w:t>
      </w:r>
      <w:r w:rsidR="0042701C">
        <w:t>_</w:t>
      </w:r>
    </w:p>
    <w:p w14:paraId="72D24F8A" w14:textId="6FBF926C" w:rsidR="006C4129" w:rsidRDefault="0E65B92E">
      <w:r>
        <w:t xml:space="preserve">Will parent/carer </w:t>
      </w:r>
      <w:r w:rsidR="62295DA2">
        <w:t>be in attendance</w:t>
      </w:r>
      <w:r>
        <w:t>? Yes / No</w:t>
      </w:r>
    </w:p>
    <w:p w14:paraId="27D83F8D" w14:textId="055D4C4A" w:rsidR="006C4129" w:rsidRDefault="0E65B92E" w:rsidP="0E65B92E">
      <w:r>
        <w:t>If no, supervising adult: __________</w:t>
      </w:r>
      <w:r w:rsidR="62C34701">
        <w:t>____________________________________________________</w:t>
      </w:r>
      <w:r>
        <w:t>________________</w:t>
      </w:r>
    </w:p>
    <w:p w14:paraId="6C48F995" w14:textId="77777777" w:rsidR="006C4129" w:rsidRDefault="0084059C">
      <w:r>
        <w:t>Supporting evidence attached: Yes / No</w:t>
      </w:r>
    </w:p>
    <w:p w14:paraId="36F084C6" w14:textId="77777777" w:rsidR="006C4129" w:rsidRDefault="0084059C">
      <w:r>
        <w:t>Submitted at least 2 weeks in advance: Yes / No</w:t>
      </w:r>
    </w:p>
    <w:p w14:paraId="056B9F47" w14:textId="2A00F959" w:rsidR="006C4129" w:rsidRDefault="0E65B92E">
      <w:r>
        <w:t>Parent Name: _______________</w:t>
      </w:r>
      <w:r w:rsidR="24D77CA7">
        <w:t>_______________________________________________________________</w:t>
      </w:r>
      <w:r>
        <w:t>___________</w:t>
      </w:r>
    </w:p>
    <w:p w14:paraId="2070C7FC" w14:textId="56673690" w:rsidR="006C4129" w:rsidRDefault="0E65B92E">
      <w:r>
        <w:t>Signature: ________________</w:t>
      </w:r>
      <w:r w:rsidR="1BAE4777">
        <w:t>___________________________________________________________________</w:t>
      </w:r>
      <w:r>
        <w:t>__________</w:t>
      </w:r>
    </w:p>
    <w:p w14:paraId="5DAB6C7B" w14:textId="102308F1" w:rsidR="006C4129" w:rsidRDefault="0E65B92E">
      <w:r>
        <w:t>Date: _____________</w:t>
      </w:r>
      <w:r w:rsidR="266AE3E8">
        <w:t>_________________________________________________________________________</w:t>
      </w:r>
      <w:r>
        <w:t>_____________</w:t>
      </w:r>
      <w:r w:rsidR="0084059C">
        <w:br w:type="page"/>
      </w:r>
    </w:p>
    <w:p w14:paraId="09EEA2CE" w14:textId="77777777" w:rsidR="006C4129" w:rsidRDefault="0E65B92E" w:rsidP="0E65B92E">
      <w:pPr>
        <w:pStyle w:val="Heading1"/>
        <w:rPr>
          <w:color w:val="000000" w:themeColor="text1"/>
          <w:sz w:val="32"/>
          <w:szCs w:val="32"/>
          <w:u w:val="single"/>
        </w:rPr>
      </w:pPr>
      <w:r w:rsidRPr="0E65B92E">
        <w:rPr>
          <w:color w:val="000000" w:themeColor="text1"/>
          <w:sz w:val="32"/>
          <w:szCs w:val="32"/>
          <w:u w:val="single"/>
        </w:rPr>
        <w:lastRenderedPageBreak/>
        <w:t>School Administrative Section</w:t>
      </w:r>
    </w:p>
    <w:p w14:paraId="33824E61" w14:textId="6BB6AFC3" w:rsidR="006C4129" w:rsidRDefault="0E65B92E" w:rsidP="0E65B92E">
      <w:r>
        <w:t>Request received date: _________________________</w:t>
      </w:r>
      <w:r w:rsidR="3F62477C">
        <w:t>_________________</w:t>
      </w:r>
      <w:r>
        <w:t>_</w:t>
      </w:r>
    </w:p>
    <w:p w14:paraId="2044B654" w14:textId="77777777" w:rsidR="006C4129" w:rsidRDefault="0084059C">
      <w:r>
        <w:t>Checklist:</w:t>
      </w:r>
    </w:p>
    <w:p w14:paraId="0B754118" w14:textId="77777777" w:rsidR="006C4129" w:rsidRDefault="0084059C">
      <w:r>
        <w:t>☐ Form fully completed</w:t>
      </w:r>
    </w:p>
    <w:p w14:paraId="7CC8CB4B" w14:textId="77777777" w:rsidR="006C4129" w:rsidRDefault="0084059C">
      <w:r>
        <w:t>☐ Supporting evidence provided (letter/email)</w:t>
      </w:r>
    </w:p>
    <w:p w14:paraId="528A0216" w14:textId="77777777" w:rsidR="006C4129" w:rsidRDefault="0084059C">
      <w:r>
        <w:t xml:space="preserve">☐ Minimum 2 </w:t>
      </w:r>
      <w:proofErr w:type="spellStart"/>
      <w:r>
        <w:t>weeks notice</w:t>
      </w:r>
      <w:proofErr w:type="spellEnd"/>
      <w:r>
        <w:t xml:space="preserve"> met</w:t>
      </w:r>
    </w:p>
    <w:p w14:paraId="3DAAFEF5" w14:textId="77777777" w:rsidR="006C4129" w:rsidRDefault="0084059C">
      <w:r>
        <w:t>☐ Safeguarding information complete</w:t>
      </w:r>
    </w:p>
    <w:p w14:paraId="5A7C4F4E" w14:textId="77777777" w:rsidR="006C4129" w:rsidRDefault="0084059C">
      <w:r>
        <w:t>☐ Supervision arrangements clear</w:t>
      </w:r>
    </w:p>
    <w:p w14:paraId="4617B044" w14:textId="6B3DE9BA" w:rsidR="006C4129" w:rsidRDefault="0E65B92E" w:rsidP="0E65B92E">
      <w:r>
        <w:t>Seen by Attendance Officer: ______________</w:t>
      </w:r>
      <w:r w:rsidR="026C610A">
        <w:t>_________________</w:t>
      </w:r>
      <w:r>
        <w:t>___</w:t>
      </w:r>
      <w:r w:rsidR="6122A226">
        <w:t>______________________________</w:t>
      </w:r>
      <w:r>
        <w:t>_________</w:t>
      </w:r>
    </w:p>
    <w:p w14:paraId="2FA743DB" w14:textId="77777777" w:rsidR="006C4129" w:rsidRDefault="0084059C">
      <w:r>
        <w:t>Date: __________________________</w:t>
      </w:r>
    </w:p>
    <w:p w14:paraId="4133301E" w14:textId="45286772" w:rsidR="006C4129" w:rsidRDefault="0E65B92E" w:rsidP="0E65B92E">
      <w:r>
        <w:t>Discussed with Assistant Headteacher</w:t>
      </w:r>
      <w:r w:rsidR="5ADEBDA9">
        <w:t>/Headteacher</w:t>
      </w:r>
      <w:r>
        <w:t>: _____________</w:t>
      </w:r>
      <w:r w:rsidR="05AC98C5">
        <w:t>_________________</w:t>
      </w:r>
      <w:r>
        <w:t>________</w:t>
      </w:r>
      <w:r w:rsidR="0413EC66">
        <w:t>_</w:t>
      </w:r>
      <w:r>
        <w:t>_____</w:t>
      </w:r>
    </w:p>
    <w:p w14:paraId="087F0335" w14:textId="2DACB9BE" w:rsidR="006C4129" w:rsidRDefault="0E65B92E" w:rsidP="0E65B92E">
      <w:r>
        <w:t>Date: ______________</w:t>
      </w:r>
      <w:r w:rsidR="086D3C05">
        <w:t>_________________</w:t>
      </w:r>
      <w:r>
        <w:t>____________</w:t>
      </w:r>
    </w:p>
    <w:p w14:paraId="6C4EE497" w14:textId="77777777" w:rsidR="006C4129" w:rsidRDefault="0084059C">
      <w:r>
        <w:t xml:space="preserve">Decision: </w:t>
      </w:r>
      <w:proofErr w:type="spellStart"/>
      <w:r>
        <w:t>Authorised</w:t>
      </w:r>
      <w:proofErr w:type="spellEnd"/>
      <w:r>
        <w:t xml:space="preserve"> / Not </w:t>
      </w:r>
      <w:proofErr w:type="spellStart"/>
      <w:r>
        <w:t>Authorised</w:t>
      </w:r>
      <w:proofErr w:type="spellEnd"/>
    </w:p>
    <w:p w14:paraId="087ED0BC" w14:textId="7DC228BA" w:rsidR="006C4129" w:rsidRDefault="0E65B92E" w:rsidP="0E65B92E">
      <w:r>
        <w:t xml:space="preserve">Reason (if not </w:t>
      </w:r>
      <w:proofErr w:type="spellStart"/>
      <w:r>
        <w:t>authorised</w:t>
      </w:r>
      <w:proofErr w:type="spellEnd"/>
      <w:r>
        <w:t>): ____________</w:t>
      </w:r>
      <w:r w:rsidR="39136D83">
        <w:t>__________________________________</w:t>
      </w:r>
      <w:r>
        <w:t>___</w:t>
      </w:r>
      <w:r w:rsidR="7A18BDE3">
        <w:t>_____________</w:t>
      </w:r>
      <w:r>
        <w:t>___________</w:t>
      </w:r>
    </w:p>
    <w:p w14:paraId="24AC83D5" w14:textId="3AFEA605" w:rsidR="006C4129" w:rsidRDefault="0E65B92E" w:rsidP="0E65B92E">
      <w:r>
        <w:t>Staff Name: ______________</w:t>
      </w:r>
      <w:r w:rsidR="7C7E5595">
        <w:t>__________________________________</w:t>
      </w:r>
      <w:r>
        <w:t>__</w:t>
      </w:r>
      <w:r w:rsidR="39AA2198">
        <w:t>________________________________</w:t>
      </w:r>
      <w:r>
        <w:t>__________</w:t>
      </w:r>
    </w:p>
    <w:p w14:paraId="765A4A3D" w14:textId="6CD164EC" w:rsidR="006C4129" w:rsidRDefault="0E65B92E" w:rsidP="0E65B92E">
      <w:r>
        <w:t>Signature: _______________</w:t>
      </w:r>
      <w:r w:rsidR="2A1AA07E">
        <w:t>__________________________________</w:t>
      </w:r>
      <w:r>
        <w:t>_____</w:t>
      </w:r>
      <w:r w:rsidR="763A52FB">
        <w:t>_________________________________</w:t>
      </w:r>
      <w:r>
        <w:t>______</w:t>
      </w:r>
    </w:p>
    <w:p w14:paraId="6BAA22A0" w14:textId="20DCC03B" w:rsidR="006C4129" w:rsidRDefault="0E65B92E" w:rsidP="0E65B92E">
      <w:r>
        <w:t>Date: ________________</w:t>
      </w:r>
      <w:r w:rsidR="170BF8E0">
        <w:t>____________________________________________________________________</w:t>
      </w:r>
      <w:r>
        <w:t>_</w:t>
      </w:r>
      <w:r w:rsidR="32F46E13">
        <w:t>___________</w:t>
      </w:r>
      <w:r>
        <w:t>_________</w:t>
      </w:r>
    </w:p>
    <w:sectPr w:rsidR="006C4129"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FPRZ1yFnCPrzsl" int2:id="aERC3KJr">
      <int2:state int2:value="Rejected" int2:type="spell"/>
    </int2:textHash>
    <int2:textHash int2:hashCode="aG+z44WpgrTp0l" int2:id="NZdLGqid">
      <int2:state int2:value="Rejected" int2:type="spell"/>
    </int2:textHash>
    <int2:textHash int2:hashCode="AXmYCf7mcC5a6G" int2:id="Hh1tMGzJ">
      <int2:state int2:value="Rejected" int2:type="spell"/>
    </int2:textHash>
    <int2:textHash int2:hashCode="5XDRCdvPuC+WfK" int2:id="QKcNuNHp">
      <int2:state int2:value="Rejected" int2:type="spell"/>
    </int2:textHash>
    <int2:textHash int2:hashCode="kByidkXaRxGvMx" int2:id="41ofA2PA">
      <int2:state int2:value="Rejected" int2:type="spell"/>
    </int2:textHash>
    <int2:textHash int2:hashCode="xQy+KnIliT8rxm" int2:id="gBmLCP2q">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058406626">
    <w:abstractNumId w:val="2"/>
  </w:num>
  <w:num w:numId="2" w16cid:durableId="1207252192">
    <w:abstractNumId w:val="0"/>
  </w:num>
  <w:num w:numId="3" w16cid:durableId="1299262660">
    <w:abstractNumId w:val="3"/>
  </w:num>
  <w:num w:numId="4" w16cid:durableId="1509712593">
    <w:abstractNumId w:val="8"/>
  </w:num>
  <w:num w:numId="5" w16cid:durableId="1802309217">
    <w:abstractNumId w:val="5"/>
  </w:num>
  <w:num w:numId="6" w16cid:durableId="25834255">
    <w:abstractNumId w:val="7"/>
  </w:num>
  <w:num w:numId="7" w16cid:durableId="310837925">
    <w:abstractNumId w:val="6"/>
  </w:num>
  <w:num w:numId="8" w16cid:durableId="586692679">
    <w:abstractNumId w:val="1"/>
  </w:num>
  <w:num w:numId="9" w16cid:durableId="8618926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37948"/>
    <w:rsid w:val="0005363C"/>
    <w:rsid w:val="0006063C"/>
    <w:rsid w:val="000F1BBE"/>
    <w:rsid w:val="00144517"/>
    <w:rsid w:val="0015074B"/>
    <w:rsid w:val="0015741F"/>
    <w:rsid w:val="00166B9A"/>
    <w:rsid w:val="001A39DC"/>
    <w:rsid w:val="0029639D"/>
    <w:rsid w:val="00326F90"/>
    <w:rsid w:val="003A24F3"/>
    <w:rsid w:val="0042221B"/>
    <w:rsid w:val="0042701C"/>
    <w:rsid w:val="004870AD"/>
    <w:rsid w:val="00551B33"/>
    <w:rsid w:val="00593402"/>
    <w:rsid w:val="00623172"/>
    <w:rsid w:val="006B74BA"/>
    <w:rsid w:val="006C4129"/>
    <w:rsid w:val="00717415"/>
    <w:rsid w:val="00763C04"/>
    <w:rsid w:val="00771CCB"/>
    <w:rsid w:val="007B2DCE"/>
    <w:rsid w:val="007C6C9F"/>
    <w:rsid w:val="0084059C"/>
    <w:rsid w:val="009C0679"/>
    <w:rsid w:val="00A90AF0"/>
    <w:rsid w:val="00AA1D8D"/>
    <w:rsid w:val="00AB4C4C"/>
    <w:rsid w:val="00B47730"/>
    <w:rsid w:val="00BB36EE"/>
    <w:rsid w:val="00BB4C06"/>
    <w:rsid w:val="00C23E93"/>
    <w:rsid w:val="00CA778C"/>
    <w:rsid w:val="00CB0664"/>
    <w:rsid w:val="00CB076A"/>
    <w:rsid w:val="00CE3490"/>
    <w:rsid w:val="00D660DF"/>
    <w:rsid w:val="00DA573E"/>
    <w:rsid w:val="00DB4483"/>
    <w:rsid w:val="00E0213A"/>
    <w:rsid w:val="00E053D7"/>
    <w:rsid w:val="00F57674"/>
    <w:rsid w:val="00F62894"/>
    <w:rsid w:val="00F66862"/>
    <w:rsid w:val="00F85FDE"/>
    <w:rsid w:val="00FB087E"/>
    <w:rsid w:val="00FC693F"/>
    <w:rsid w:val="026C610A"/>
    <w:rsid w:val="0413EC66"/>
    <w:rsid w:val="04699918"/>
    <w:rsid w:val="052D2A19"/>
    <w:rsid w:val="05AC98C5"/>
    <w:rsid w:val="075F78D4"/>
    <w:rsid w:val="086D3C05"/>
    <w:rsid w:val="0ACFD6E1"/>
    <w:rsid w:val="0E65B92E"/>
    <w:rsid w:val="0EEAA488"/>
    <w:rsid w:val="0F633F96"/>
    <w:rsid w:val="10B5357D"/>
    <w:rsid w:val="10E4F21E"/>
    <w:rsid w:val="10F13211"/>
    <w:rsid w:val="1403D254"/>
    <w:rsid w:val="150923E5"/>
    <w:rsid w:val="170BF8E0"/>
    <w:rsid w:val="17D426F7"/>
    <w:rsid w:val="1BAE4777"/>
    <w:rsid w:val="1E1490E9"/>
    <w:rsid w:val="245D0B5F"/>
    <w:rsid w:val="24D77CA7"/>
    <w:rsid w:val="266AE3E8"/>
    <w:rsid w:val="299D214C"/>
    <w:rsid w:val="2A1AA07E"/>
    <w:rsid w:val="2A75F194"/>
    <w:rsid w:val="2D5FF3C2"/>
    <w:rsid w:val="2F174BEF"/>
    <w:rsid w:val="32F46E13"/>
    <w:rsid w:val="379453D1"/>
    <w:rsid w:val="37A9BC96"/>
    <w:rsid w:val="3901A565"/>
    <w:rsid w:val="39136D83"/>
    <w:rsid w:val="39AA2198"/>
    <w:rsid w:val="3D098485"/>
    <w:rsid w:val="3D1A20DB"/>
    <w:rsid w:val="3E0835FE"/>
    <w:rsid w:val="3F62477C"/>
    <w:rsid w:val="432C25D7"/>
    <w:rsid w:val="4584B741"/>
    <w:rsid w:val="4B1564A9"/>
    <w:rsid w:val="4CC1610B"/>
    <w:rsid w:val="4D5F9750"/>
    <w:rsid w:val="559E6DDF"/>
    <w:rsid w:val="5620B79C"/>
    <w:rsid w:val="589FAAC9"/>
    <w:rsid w:val="5A42B25B"/>
    <w:rsid w:val="5ADEBDA9"/>
    <w:rsid w:val="5ED3D07E"/>
    <w:rsid w:val="6122A226"/>
    <w:rsid w:val="62295DA2"/>
    <w:rsid w:val="62C34701"/>
    <w:rsid w:val="639C0BA2"/>
    <w:rsid w:val="63C37173"/>
    <w:rsid w:val="66783BF7"/>
    <w:rsid w:val="6DFC2A7D"/>
    <w:rsid w:val="6ECE2309"/>
    <w:rsid w:val="707C87EB"/>
    <w:rsid w:val="763839ED"/>
    <w:rsid w:val="763A52FB"/>
    <w:rsid w:val="77DBF3E3"/>
    <w:rsid w:val="7A0DE905"/>
    <w:rsid w:val="7A18BDE3"/>
    <w:rsid w:val="7B555147"/>
    <w:rsid w:val="7C7E559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4BC336B0-FE2A-4C8B-8ABF-2C21E8D6A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4"/>
      </w:numPr>
      <w:contextualSpacing/>
    </w:pPr>
  </w:style>
  <w:style w:type="paragraph" w:styleId="ListBullet2">
    <w:name w:val="List Bullet 2"/>
    <w:basedOn w:val="Normal"/>
    <w:uiPriority w:val="99"/>
    <w:unhideWhenUsed/>
    <w:rsid w:val="00326F90"/>
    <w:pPr>
      <w:numPr>
        <w:numId w:val="7"/>
      </w:numPr>
      <w:contextualSpacing/>
    </w:pPr>
  </w:style>
  <w:style w:type="paragraph" w:styleId="ListBullet3">
    <w:name w:val="List Bullet 3"/>
    <w:basedOn w:val="Normal"/>
    <w:uiPriority w:val="99"/>
    <w:unhideWhenUsed/>
    <w:rsid w:val="00326F90"/>
    <w:pPr>
      <w:numPr>
        <w:numId w:val="5"/>
      </w:numPr>
      <w:contextualSpacing/>
    </w:pPr>
  </w:style>
  <w:style w:type="paragraph" w:styleId="ListNumber">
    <w:name w:val="List Number"/>
    <w:basedOn w:val="Normal"/>
    <w:uiPriority w:val="99"/>
    <w:unhideWhenUsed/>
    <w:rsid w:val="00326F90"/>
    <w:pPr>
      <w:numPr>
        <w:numId w:val="6"/>
      </w:numPr>
      <w:contextualSpacing/>
    </w:pPr>
  </w:style>
  <w:style w:type="paragraph" w:styleId="ListNumber2">
    <w:name w:val="List Number 2"/>
    <w:basedOn w:val="Normal"/>
    <w:uiPriority w:val="99"/>
    <w:unhideWhenUsed/>
    <w:rsid w:val="0029639D"/>
    <w:pPr>
      <w:numPr>
        <w:numId w:val="3"/>
      </w:numPr>
      <w:contextualSpacing/>
    </w:pPr>
  </w:style>
  <w:style w:type="paragraph" w:styleId="ListNumber3">
    <w:name w:val="List Number 3"/>
    <w:basedOn w:val="Normal"/>
    <w:uiPriority w:val="99"/>
    <w:unhideWhenUsed/>
    <w:rsid w:val="0029639D"/>
    <w:pPr>
      <w:numPr>
        <w:numId w:val="1"/>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844</Words>
  <Characters>4817</Characters>
  <Application>Microsoft Office Word</Application>
  <DocSecurity>0</DocSecurity>
  <Lines>40</Lines>
  <Paragraphs>11</Paragraphs>
  <ScaleCrop>false</ScaleCrop>
  <Manager/>
  <Company/>
  <LinksUpToDate>false</LinksUpToDate>
  <CharactersWithSpaces>5650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Watson</dc:creator>
  <cp:keywords/>
  <dc:description>generated by python-docx</dc:description>
  <cp:lastModifiedBy>C Watson</cp:lastModifiedBy>
  <cp:revision>2</cp:revision>
  <dcterms:created xsi:type="dcterms:W3CDTF">2026-05-21T08:16:00Z</dcterms:created>
  <dcterms:modified xsi:type="dcterms:W3CDTF">2026-05-21T08:16:00Z</dcterms:modified>
  <cp:category/>
</cp:coreProperties>
</file>